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ושני אגפיו - ספרות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נושאים, יצירות ודמויות מרכזיות בפרקים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סיפורי המקרא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ביאליק ורחל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מיועד לחטיבת הביניים וגם לחטיבה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הנושא המרכזי של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נושא פרק יהושע, לא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פרק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קודר בשיר עם חזרה וסוף טרגי)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(נעמי ורות, חסד ונאמנות)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(הבריחה לתרשיש ובטן הדג)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(חוק האלים מול חוק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(מעבדות לחירות, מנהיגות ואחריות)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הפרקים באגף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אגף הספרות מלמד לקרוא סיפור, שיר, בלדה ומחזה; אגף התנ״ך עוסק בסיפורי המקרא עם פסוקים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ומנוסחות בבהירות הקשורות לנושא הפרק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פרקי ספרות, 8 פרקי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סוגה היא סוג היצירה, עלילה היא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רלוונטית מהרשימה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מפת האתר על המסך לפני תחילת התרגול כדי לעזור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לוותר על פריטי הסדר והקושי ולהתמקד בהתאמה ובמילוי החסר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האתר בנוי משני אגפים גדולים: אגף הספרות, שבו לומדים לקרוא סיפור, שיר, בלדה ומחזה, ואגף התנ״ך, שבו יוצאים למסע בסיפורי המקרא מהבריאה ועד יונה. בכל פרק יש רמות, משחקים ומשימות כתיבה.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האתר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פרקים יש באגף הספרות?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פרקים יש באגף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יצירה באתר היא מחזה המבוסס על טרגדיה יוונית?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מגילת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המשוררים המרכזיים בפרק שירת התחייה?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 ורחל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 וקוואפיס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ביאליק וקוואפיס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 גולדברג ורחל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פרק מופיע הפסוק הֲשֹׁמֵר אָחִי אָנֹכִי?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מיועד רק לתלמידי כיתה ז׳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פרק באתר יש ארבע רמות 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עוסקת בחסד ונאמנות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יונה עוסק בכניסה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פרק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חוק האלים מול חוק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מגילת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מעבדות לחירות, מנהיגות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קודר בשיר עם חזרה וסוף טרגי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נעמי ורות, חסד ונאמנות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הבריחה לתרשיש ובטן הדג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באגף הספרות לומדים לקרוא סיפור, שיר, בלדה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פרק המסע הביתה עוסק במיתולוגיה, אודיסאה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מלכים אפשר לפגוש את הנביא __________ ואת קול דממה 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בפרק מבוא לתנ״ך לומדים על תורה, נביאים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הפרקים באגף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האגפים של האתר, ומה כל אגף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פרק אחד מהאתר וכתבו שלוש שאלות שהייתם רוצים לחקור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פרקים יש בכל אגף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סוגה לעלילה?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יצירה אחת מספרות ואחת מתנ״ך שלמדנו עליהן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ותנ״ך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