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ותנ״ך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ושני אגפיו - ספרות ותנ״ך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נושאים, יצירות ודמויות מרכזיות בפרקים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סיפורי המקרא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האתר -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אנטיגונה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ביאליק ורחל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האתר מיועד לחטיבת הביניים וגם לחטיבה העליונה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הנושא המרכזי של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נושא פרק יהושע, לא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פרק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(סיפור קודר בשיר עם חזרה וסוף טרגי)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(נעמי ורות, חסד ונאמנות)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(הבריחה לתרשיש ובטן הדג)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(חוק האלים מול חוק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(מעבדות לחירות, מנהיגות ואחריות)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הפרקים באגף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יהושע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אגף הספרות מלמד לקרוא סיפור, שיר, בלדה ומחזה; אגף התנ״ך עוסק בסיפורי המקרא עם פסוקים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שאלות רלוונטיות ומנוסחות בבהירות הקשורות לנושא הפרק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9 פרקי ספרות, 8 פרקי 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סוגה היא סוג היצירה, עלילה היא רצף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יצירה רלוונטית מהרשימה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מפת האתר על המסך לפני תחילת התרגול כדי לעזור בהתמצאות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ההתאמה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לוותר על פריטי הסדר והקושי ולהתמקד בהתאמה ובמילוי החסר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עם אתר ספרות ותנ״ך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שני חלקים: ספרות ותנ״ך. בכל חלק יש הרבה פרקים עם סיפורים, משחקים ושאלות.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יצירה, למשל סיפור, שיר או מחזה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שמספר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מיוחדת שהסופר או המשורר משתמשים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או פירוש למשמעות של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קצר בתנ״ך, כמו מגילת 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 הנביא בשם האלוהים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שמספר סיפור, לרוב קודר וטרגי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האתר -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פרקים יש בחלק של הספרות?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פרקים יש בחלק של 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מחזה יווני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מגילת 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שני משוררים לומדים בפרק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 ורחל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 וקוואפיס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ביאליק וקוואפיס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לאה גולדברג ורחל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אומרים את המשפט הזה בתנ״ך?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האתר מיועד רק לתלמידי כיתה ז׳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פרק באתר יש ארבע רמות 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מגילת רות עוסקת בחסד ונאמנות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פרק יונה עוסק בכניסה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פרק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הבלדה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נעמי ורות, חסד ונאמנות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מגילת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מעבדות לחירות, מנהיגות ואחריות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חוק האלים מול חוק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הבריחה לתרשיש ובטן הדג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קודר בשיר עם חזרה וסוף טרגי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באגף הספרות לומדים לקרוא סיפור, שיר, בלדה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פרק המסע הביתה עוסק במיתולוגיה, אודיסאה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בפרק מלכים אפשר לפגוש את הנביא __________ ואת קול דממה 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בפרק מבוא לתנ״ך לומדים על תורה, נביאים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הפרקים באגף 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יהושע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שני האגפים של האתר, ומה כל אגף מלמד?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פרק אחד מהאתר וכתבו שלוש שאלות שהייתם רוצים לחקור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פרקים יש בכל אגף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סוגה לעלילה?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יצירה אחת מספרות ואחת מתנ״ך שלמדנו עליהן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עם אתר ספרות ותנ״ך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